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2C0" w14:textId="77777777" w:rsidR="004D5D8F" w:rsidRPr="0026391F" w:rsidRDefault="00000000">
      <w:pPr>
        <w:pStyle w:val="DocMainTitle"/>
        <w:rPr>
          <w:lang w:val="pl-PL"/>
        </w:rPr>
      </w:pPr>
      <w:r w:rsidRPr="0026391F">
        <w:rPr>
          <w:lang w:val="pl-PL"/>
        </w:rPr>
        <w:t>OŚWIADCZENIE O SYTUACJI FINANSOWEJ</w:t>
      </w:r>
    </w:p>
    <w:p w14:paraId="1BAC834B" w14:textId="1CDD8DB1" w:rsidR="004D5D8F" w:rsidRPr="0026391F" w:rsidRDefault="00000000">
      <w:pPr>
        <w:pStyle w:val="Podtytu"/>
        <w:pBdr>
          <w:bottom w:val="single" w:sz="6" w:space="6" w:color="D3D3D3"/>
        </w:pBdr>
        <w:rPr>
          <w:lang w:val="pl-PL"/>
        </w:rPr>
      </w:pPr>
      <w:r w:rsidRPr="0026391F">
        <w:rPr>
          <w:lang w:val="pl-PL"/>
        </w:rPr>
        <w:t>Program „Godzina Zmiany” — załącznik dla osoby zgłaszającej</w:t>
      </w:r>
      <w:r w:rsidR="00654353">
        <w:rPr>
          <w:lang w:val="pl-PL"/>
        </w:rPr>
        <w:t xml:space="preserve"> się</w:t>
      </w:r>
    </w:p>
    <w:p w14:paraId="552E8FAC" w14:textId="77777777" w:rsidR="004D5D8F" w:rsidRPr="0026391F" w:rsidRDefault="00000000">
      <w:pPr>
        <w:pStyle w:val="Nagwek1"/>
        <w:rPr>
          <w:lang w:val="pl-PL"/>
        </w:rPr>
      </w:pPr>
      <w:r w:rsidRPr="0026391F">
        <w:rPr>
          <w:lang w:val="pl-PL"/>
        </w:rPr>
        <w:t>1. Osoba składająca oświadczenie</w:t>
      </w:r>
    </w:p>
    <w:p w14:paraId="764A8CE0" w14:textId="77777777" w:rsidR="004D5D8F" w:rsidRPr="0026391F" w:rsidRDefault="00000000">
      <w:pPr>
        <w:pStyle w:val="Field"/>
        <w:rPr>
          <w:lang w:val="pl-PL"/>
        </w:rPr>
      </w:pPr>
      <w:r w:rsidRPr="0026391F">
        <w:rPr>
          <w:lang w:val="pl-PL"/>
        </w:rPr>
        <w:t>Imię i nazwisko: ..............................................................................................................................</w:t>
      </w:r>
    </w:p>
    <w:p w14:paraId="250B73F3" w14:textId="77777777" w:rsidR="004D5D8F" w:rsidRPr="0026391F" w:rsidRDefault="00000000">
      <w:pPr>
        <w:pStyle w:val="Field"/>
        <w:rPr>
          <w:lang w:val="pl-PL"/>
        </w:rPr>
      </w:pPr>
      <w:r w:rsidRPr="0026391F">
        <w:rPr>
          <w:lang w:val="pl-PL"/>
        </w:rPr>
        <w:t>Kontakt (e-mail lub telefon): ...........................................................................................................</w:t>
      </w:r>
    </w:p>
    <w:p w14:paraId="436BED72" w14:textId="77777777" w:rsidR="004D5D8F" w:rsidRPr="0026391F" w:rsidRDefault="00000000">
      <w:pPr>
        <w:pStyle w:val="Field"/>
        <w:rPr>
          <w:lang w:val="pl-PL"/>
        </w:rPr>
      </w:pPr>
      <w:r w:rsidRPr="0026391F">
        <w:rPr>
          <w:lang w:val="pl-PL"/>
        </w:rPr>
        <w:t>Status osoby składającej:   □ rodzic / opiekun prawny    □ pełnoletni kandydat (18 lat)</w:t>
      </w:r>
    </w:p>
    <w:p w14:paraId="1E8102C9" w14:textId="77777777" w:rsidR="004D5D8F" w:rsidRPr="0026391F" w:rsidRDefault="00000000">
      <w:pPr>
        <w:pStyle w:val="Field"/>
        <w:rPr>
          <w:lang w:val="pl-PL"/>
        </w:rPr>
      </w:pPr>
      <w:r w:rsidRPr="0026391F">
        <w:rPr>
          <w:lang w:val="pl-PL"/>
        </w:rPr>
        <w:t>Wiek zgłaszanego nastolatka: ............ lat</w:t>
      </w:r>
    </w:p>
    <w:p w14:paraId="5654A0BA" w14:textId="77777777" w:rsidR="004D5D8F" w:rsidRPr="0026391F" w:rsidRDefault="00000000">
      <w:pPr>
        <w:pStyle w:val="Nagwek1"/>
        <w:rPr>
          <w:lang w:val="pl-PL"/>
        </w:rPr>
      </w:pPr>
      <w:r w:rsidRPr="0026391F">
        <w:rPr>
          <w:lang w:val="pl-PL"/>
        </w:rPr>
        <w:t>2. Dochód gospodarstwa domowego</w:t>
      </w:r>
    </w:p>
    <w:p w14:paraId="07A6D2E5" w14:textId="39D761E9" w:rsidR="004D5D8F" w:rsidRPr="0026391F" w:rsidRDefault="00000000">
      <w:pPr>
        <w:pStyle w:val="Field"/>
        <w:rPr>
          <w:lang w:val="pl-PL"/>
        </w:rPr>
      </w:pPr>
      <w:r w:rsidRPr="0026391F">
        <w:rPr>
          <w:lang w:val="pl-PL"/>
        </w:rPr>
        <w:t xml:space="preserve">Liczba osób </w:t>
      </w:r>
      <w:r w:rsidR="00B53A5F">
        <w:rPr>
          <w:lang w:val="pl-PL"/>
        </w:rPr>
        <w:t>we wspólnym gospodarstwie domowym</w:t>
      </w:r>
      <w:r w:rsidRPr="0026391F">
        <w:rPr>
          <w:lang w:val="pl-PL"/>
        </w:rPr>
        <w:t>: ..................</w:t>
      </w:r>
    </w:p>
    <w:p w14:paraId="25F54E12" w14:textId="5B9296C5" w:rsidR="004D5D8F" w:rsidRPr="0026391F" w:rsidRDefault="001D2E10">
      <w:pPr>
        <w:pStyle w:val="Field"/>
        <w:rPr>
          <w:lang w:val="pl-PL"/>
        </w:rPr>
      </w:pPr>
      <w:proofErr w:type="spellStart"/>
      <w:r>
        <w:rPr>
          <w:lang w:val="pl-PL"/>
        </w:rPr>
        <w:t>L</w:t>
      </w:r>
      <w:r w:rsidR="00000000" w:rsidRPr="0026391F">
        <w:rPr>
          <w:lang w:val="pl-PL"/>
        </w:rPr>
        <w:t>ączny</w:t>
      </w:r>
      <w:proofErr w:type="spellEnd"/>
      <w:r w:rsidR="00000000" w:rsidRPr="0026391F">
        <w:rPr>
          <w:lang w:val="pl-PL"/>
        </w:rPr>
        <w:t xml:space="preserve"> miesięczny dochód netto gospodarstwa (ostatnie 3 zakończone miesiące): .................................. zł</w:t>
      </w:r>
    </w:p>
    <w:p w14:paraId="54E54102" w14:textId="645A7ADB" w:rsidR="004D5D8F" w:rsidRPr="0026391F" w:rsidRDefault="00000000">
      <w:pPr>
        <w:pStyle w:val="SmallInfo"/>
        <w:rPr>
          <w:lang w:val="pl-PL"/>
        </w:rPr>
      </w:pPr>
      <w:r w:rsidRPr="0026391F">
        <w:rPr>
          <w:lang w:val="pl-PL"/>
        </w:rPr>
        <w:t>Za dochód netto uznajemy kwoty rzeczywiście pozostające do dyspozycji po obowiązkowych podatkach i składkach, m.in. z pracy, umów cywilnoprawnych, działalności gospodarczej, rent, emerytur, zasiłku dla bezrobotnych, alimentów i innych regularnych dochodów</w:t>
      </w:r>
      <w:r w:rsidR="0026391F">
        <w:rPr>
          <w:lang w:val="pl-PL"/>
        </w:rPr>
        <w:t>,</w:t>
      </w:r>
      <w:r w:rsidRPr="0026391F">
        <w:rPr>
          <w:lang w:val="pl-PL"/>
        </w:rPr>
        <w:t xml:space="preserve"> uwzględniamy świadczenia 800+</w:t>
      </w:r>
      <w:r w:rsidR="0026391F">
        <w:rPr>
          <w:lang w:val="pl-PL"/>
        </w:rPr>
        <w:t>.</w:t>
      </w:r>
    </w:p>
    <w:p w14:paraId="79FBDB51" w14:textId="77777777" w:rsidR="004D5D8F" w:rsidRPr="0026391F" w:rsidRDefault="00000000">
      <w:pPr>
        <w:pStyle w:val="SmallInfo"/>
        <w:rPr>
          <w:lang w:val="pl-PL"/>
        </w:rPr>
      </w:pPr>
      <w:r w:rsidRPr="0026391F">
        <w:rPr>
          <w:lang w:val="pl-PL"/>
        </w:rPr>
        <w:t>Kryterium pierwszeństwa w Programie: do 2 500 zł netto miesięcznie na osobę. Wyższy dochód nie wyklucza udziału – Centrum Zmiana uwzględnia szczególne okoliczności.</w:t>
      </w:r>
    </w:p>
    <w:p w14:paraId="4E199A5A" w14:textId="77777777" w:rsidR="004D5D8F" w:rsidRPr="0026391F" w:rsidRDefault="00000000">
      <w:pPr>
        <w:pStyle w:val="Nagwek1"/>
        <w:rPr>
          <w:lang w:val="pl-PL"/>
        </w:rPr>
      </w:pPr>
      <w:r w:rsidRPr="0026391F">
        <w:rPr>
          <w:lang w:val="pl-PL"/>
        </w:rPr>
        <w:t>3. Okoliczności istotne dla oceny sytuacji (opcjonalnie)</w:t>
      </w:r>
    </w:p>
    <w:p w14:paraId="47434623" w14:textId="77777777" w:rsidR="004D5D8F" w:rsidRPr="0026391F" w:rsidRDefault="00000000">
      <w:pPr>
        <w:pStyle w:val="SmallInfo"/>
        <w:rPr>
          <w:lang w:val="pl-PL"/>
        </w:rPr>
      </w:pPr>
      <w:r w:rsidRPr="0026391F">
        <w:rPr>
          <w:lang w:val="pl-PL"/>
        </w:rPr>
        <w:t>Możesz opisać istotne koszty lub zmiany sytuacji, które utrudniają opłacanie terapii (np. utrata zatrudnienia, spadek dochodów). Nie podawaj nazwisk innych domowników ani szczegółowych informacji medycznych.</w:t>
      </w:r>
    </w:p>
    <w:p w14:paraId="7AE68594" w14:textId="77777777" w:rsidR="004D5D8F" w:rsidRPr="0026391F" w:rsidRDefault="00000000">
      <w:pPr>
        <w:pStyle w:val="Field"/>
        <w:rPr>
          <w:lang w:val="pl-PL"/>
        </w:rPr>
      </w:pPr>
      <w:r w:rsidRPr="0026391F">
        <w:rPr>
          <w:lang w:val="pl-PL"/>
        </w:rPr>
        <w:t>...................................................................................................................................................</w:t>
      </w:r>
    </w:p>
    <w:p w14:paraId="789F68F0" w14:textId="77777777" w:rsidR="004D5D8F" w:rsidRPr="0026391F" w:rsidRDefault="00000000">
      <w:pPr>
        <w:pStyle w:val="Field"/>
        <w:rPr>
          <w:lang w:val="pl-PL"/>
        </w:rPr>
      </w:pPr>
      <w:r w:rsidRPr="0026391F">
        <w:rPr>
          <w:lang w:val="pl-PL"/>
        </w:rPr>
        <w:t>...................................................................................................................................................</w:t>
      </w:r>
    </w:p>
    <w:p w14:paraId="036B093C" w14:textId="77777777" w:rsidR="001D2E10" w:rsidRDefault="00000000" w:rsidP="001D2E10">
      <w:pPr>
        <w:pStyle w:val="Nagwek1"/>
        <w:rPr>
          <w:lang w:val="pl-PL"/>
        </w:rPr>
      </w:pPr>
      <w:r w:rsidRPr="0026391F">
        <w:rPr>
          <w:lang w:val="pl-PL"/>
        </w:rPr>
        <w:t xml:space="preserve">4. Oświadczenie </w:t>
      </w:r>
    </w:p>
    <w:p w14:paraId="39F999AF" w14:textId="7221529B" w:rsidR="004D5D8F" w:rsidRPr="0026391F" w:rsidRDefault="00000000" w:rsidP="001D2E10">
      <w:pPr>
        <w:pStyle w:val="Nagwek1"/>
        <w:rPr>
          <w:lang w:val="pl-PL"/>
        </w:rPr>
      </w:pPr>
      <w:r w:rsidRPr="0026391F">
        <w:rPr>
          <w:lang w:val="pl-PL"/>
        </w:rPr>
        <w:t>□   Potwierdzam, że powyższe informacje są zgodne z moją wiedzą i opisują aktualną sytuację mojego gospodarstwa domowego.</w:t>
      </w:r>
    </w:p>
    <w:p w14:paraId="3789A498" w14:textId="77777777" w:rsidR="004D5D8F" w:rsidRPr="0026391F" w:rsidRDefault="00000000">
      <w:pPr>
        <w:ind w:left="85"/>
        <w:rPr>
          <w:lang w:val="pl-PL"/>
        </w:rPr>
      </w:pPr>
      <w:r w:rsidRPr="0026391F">
        <w:rPr>
          <w:lang w:val="pl-PL"/>
        </w:rPr>
        <w:t>□   Potwierdzam, że regularna odpłatna pomoc psychologiczna stanowi obecnie wydatek istotnie utrudniony lub niemożliwy do sfinansowania bez naruszenia ważnych potrzeb rodziny.</w:t>
      </w:r>
    </w:p>
    <w:p w14:paraId="367C22C7" w14:textId="3C4DFF44" w:rsidR="004D5D8F" w:rsidRPr="0026391F" w:rsidRDefault="00000000">
      <w:pPr>
        <w:ind w:left="85"/>
        <w:rPr>
          <w:lang w:val="pl-PL"/>
        </w:rPr>
      </w:pPr>
      <w:r w:rsidRPr="0026391F">
        <w:rPr>
          <w:lang w:val="pl-PL"/>
        </w:rPr>
        <w:t xml:space="preserve">□   Przyjmuję do wiadomości, że Centrum Zmiana może poprosić o okazanie do wglądu dokumentów potwierdzających dochód. </w:t>
      </w:r>
    </w:p>
    <w:p w14:paraId="534EF1AD" w14:textId="77777777" w:rsidR="004D5D8F" w:rsidRPr="0026391F" w:rsidRDefault="00000000">
      <w:pPr>
        <w:ind w:left="85"/>
        <w:rPr>
          <w:lang w:val="pl-PL"/>
        </w:rPr>
      </w:pPr>
      <w:r w:rsidRPr="0026391F">
        <w:rPr>
          <w:lang w:val="pl-PL"/>
        </w:rPr>
        <w:t>□   Potwierdzam zapoznanie się z klauzulą informacyjną RODO programu „Godzina Zmiany”. (Nie jest to zgoda marketingowa.)</w:t>
      </w:r>
    </w:p>
    <w:p w14:paraId="169A5B55" w14:textId="77777777" w:rsidR="004D5D8F" w:rsidRPr="0026391F" w:rsidRDefault="00000000">
      <w:pPr>
        <w:pStyle w:val="Field"/>
        <w:rPr>
          <w:lang w:val="pl-PL"/>
        </w:rPr>
      </w:pPr>
      <w:r w:rsidRPr="0026391F">
        <w:rPr>
          <w:lang w:val="pl-PL"/>
        </w:rPr>
        <w:t>Miejscowość i data: ..........................................................................................................................</w:t>
      </w:r>
    </w:p>
    <w:p w14:paraId="3AAE8B6B" w14:textId="77777777" w:rsidR="004D5D8F" w:rsidRPr="0026391F" w:rsidRDefault="00000000">
      <w:pPr>
        <w:pStyle w:val="Field"/>
        <w:rPr>
          <w:lang w:val="pl-PL"/>
        </w:rPr>
      </w:pPr>
      <w:r w:rsidRPr="0026391F">
        <w:rPr>
          <w:lang w:val="pl-PL"/>
        </w:rPr>
        <w:t>Czytelny podpis: ...............................................................................................................................</w:t>
      </w:r>
    </w:p>
    <w:sectPr w:rsidR="004D5D8F" w:rsidRPr="0026391F" w:rsidSect="00034616">
      <w:headerReference w:type="default" r:id="rId8"/>
      <w:footerReference w:type="default" r:id="rId9"/>
      <w:pgSz w:w="11906" w:h="16838"/>
      <w:pgMar w:top="935" w:right="1332" w:bottom="907" w:left="1332" w:header="482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5E053" w14:textId="77777777" w:rsidR="00F41DBD" w:rsidRDefault="00F41DBD">
      <w:pPr>
        <w:spacing w:after="0" w:line="240" w:lineRule="auto"/>
      </w:pPr>
      <w:r>
        <w:separator/>
      </w:r>
    </w:p>
  </w:endnote>
  <w:endnote w:type="continuationSeparator" w:id="0">
    <w:p w14:paraId="5A40C22D" w14:textId="77777777" w:rsidR="00F41DBD" w:rsidRDefault="00F41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D077" w14:textId="77777777" w:rsidR="004D5D8F" w:rsidRDefault="00000000">
    <w:pPr>
      <w:pStyle w:val="Stopka"/>
      <w:jc w:val="center"/>
    </w:pPr>
    <w:r w:rsidRPr="0026391F">
      <w:rPr>
        <w:sz w:val="16"/>
        <w:lang w:val="pl-PL"/>
      </w:rPr>
      <w:t xml:space="preserve">Centrum Zmiana  ·  ul. Platynowa 11/5, Gdańsk  ·  kontakt@centrum-zmiana.pl  ·  str. </w:t>
    </w:r>
    <w:r>
      <w:fldChar w:fldCharType="begin"/>
    </w:r>
    <w:r w:rsidRPr="0026391F">
      <w:rPr>
        <w:lang w:val="pl-PL"/>
      </w:rPr>
      <w:instrText>PAGE</w:instrText>
    </w:r>
    <w:r>
      <w:fldChar w:fldCharType="separate"/>
    </w:r>
    <w:r w:rsidR="0026391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63AD6" w14:textId="77777777" w:rsidR="00F41DBD" w:rsidRDefault="00F41DBD">
      <w:pPr>
        <w:spacing w:after="0" w:line="240" w:lineRule="auto"/>
      </w:pPr>
      <w:r>
        <w:separator/>
      </w:r>
    </w:p>
  </w:footnote>
  <w:footnote w:type="continuationSeparator" w:id="0">
    <w:p w14:paraId="54480669" w14:textId="77777777" w:rsidR="00F41DBD" w:rsidRDefault="00F41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FB095" w14:textId="77777777" w:rsidR="004D5D8F" w:rsidRDefault="00000000">
    <w:pPr>
      <w:pStyle w:val="Nagwek"/>
      <w:pBdr>
        <w:bottom w:val="single" w:sz="6" w:space="6" w:color="D3D3D3"/>
      </w:pBdr>
      <w:jc w:val="right"/>
    </w:pPr>
    <w:r>
      <w:rPr>
        <w:b/>
        <w:sz w:val="16"/>
      </w:rPr>
      <w:t>CENTRUM ZMIANA   /   GODZINA ZMIANY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7336246">
    <w:abstractNumId w:val="8"/>
  </w:num>
  <w:num w:numId="2" w16cid:durableId="1728143642">
    <w:abstractNumId w:val="6"/>
  </w:num>
  <w:num w:numId="3" w16cid:durableId="1777677180">
    <w:abstractNumId w:val="5"/>
  </w:num>
  <w:num w:numId="4" w16cid:durableId="1826579198">
    <w:abstractNumId w:val="4"/>
  </w:num>
  <w:num w:numId="5" w16cid:durableId="1946451393">
    <w:abstractNumId w:val="7"/>
  </w:num>
  <w:num w:numId="6" w16cid:durableId="747077017">
    <w:abstractNumId w:val="3"/>
  </w:num>
  <w:num w:numId="7" w16cid:durableId="1141926279">
    <w:abstractNumId w:val="2"/>
  </w:num>
  <w:num w:numId="8" w16cid:durableId="574511811">
    <w:abstractNumId w:val="1"/>
  </w:num>
  <w:num w:numId="9" w16cid:durableId="904949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2E10"/>
    <w:rsid w:val="0026391F"/>
    <w:rsid w:val="0029639D"/>
    <w:rsid w:val="00326F90"/>
    <w:rsid w:val="003F26EE"/>
    <w:rsid w:val="004C2808"/>
    <w:rsid w:val="004D5D8F"/>
    <w:rsid w:val="005D2542"/>
    <w:rsid w:val="00654353"/>
    <w:rsid w:val="006A2823"/>
    <w:rsid w:val="00AA1D8D"/>
    <w:rsid w:val="00AE3B2E"/>
    <w:rsid w:val="00B47730"/>
    <w:rsid w:val="00B53A5F"/>
    <w:rsid w:val="00CB0664"/>
    <w:rsid w:val="00D47570"/>
    <w:rsid w:val="00F41DBD"/>
    <w:rsid w:val="00F82A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C0178C"/>
  <w14:defaultImageDpi w14:val="300"/>
  <w15:docId w15:val="{B9795809-86C0-4565-BAE6-5FF5C4407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90"/>
    </w:pPr>
    <w:rPr>
      <w:rFonts w:ascii="Carlito" w:eastAsia="Carlito" w:hAnsi="Carlito" w:cs="Carlito"/>
      <w:color w:val="000000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MainTitle">
    <w:name w:val="DocMainTitle"/>
    <w:pPr>
      <w:spacing w:after="100"/>
    </w:pPr>
    <w:rPr>
      <w:rFonts w:ascii="Carlito" w:eastAsia="Carlito" w:hAnsi="Carlito" w:cs="Carlito"/>
      <w:b/>
      <w:color w:val="000000"/>
      <w:sz w:val="34"/>
    </w:rPr>
  </w:style>
  <w:style w:type="paragraph" w:customStyle="1" w:styleId="Lead">
    <w:name w:val="Lead"/>
    <w:pPr>
      <w:spacing w:after="140" w:line="288" w:lineRule="auto"/>
    </w:pPr>
    <w:rPr>
      <w:rFonts w:ascii="Carlito" w:eastAsia="Carlito" w:hAnsi="Carlito" w:cs="Carlito"/>
      <w:color w:val="000000"/>
      <w:sz w:val="21"/>
    </w:rPr>
  </w:style>
  <w:style w:type="paragraph" w:customStyle="1" w:styleId="SmallInfo">
    <w:name w:val="Small Info"/>
    <w:pPr>
      <w:spacing w:after="100"/>
    </w:pPr>
    <w:rPr>
      <w:rFonts w:ascii="Carlito" w:eastAsia="Carlito" w:hAnsi="Carlito" w:cs="Carlito"/>
      <w:color w:val="000000"/>
      <w:sz w:val="17"/>
    </w:rPr>
  </w:style>
  <w:style w:type="paragraph" w:customStyle="1" w:styleId="Field">
    <w:name w:val="Field"/>
    <w:pPr>
      <w:spacing w:after="120"/>
    </w:pPr>
    <w:rPr>
      <w:rFonts w:ascii="Carlito" w:eastAsia="Carlito" w:hAnsi="Carlito" w:cs="Carlito"/>
      <w:color w:val="000000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43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54353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54353"/>
    <w:rPr>
      <w:rFonts w:ascii="Carlito" w:eastAsia="Carlito" w:hAnsi="Carlito" w:cs="Carlito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43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4353"/>
    <w:rPr>
      <w:rFonts w:ascii="Carlito" w:eastAsia="Carlito" w:hAnsi="Carlito" w:cs="Carlito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374</Words>
  <Characters>2245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Oświadczenie o sytuacji finansowej programu Godzina Zmiany</vt:lpstr>
      <vt:lpstr/>
    </vt:vector>
  </TitlesOfParts>
  <Manager/>
  <Company/>
  <LinksUpToDate>false</LinksUpToDate>
  <CharactersWithSpaces>2614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sytuacji finansowej programu Godzina Zmiany</dc:title>
  <dc:subject>Godzina Zmiany — aktualizacja 22.10.2026</dc:subject>
  <dc:creator>Centrum Zmiana</dc:creator>
  <cp:keywords/>
  <dc:description>generated by python-docx</dc:description>
  <cp:lastModifiedBy>Marta Żelanis</cp:lastModifiedBy>
  <cp:revision>2</cp:revision>
  <dcterms:created xsi:type="dcterms:W3CDTF">2026-10-26T06:40:00Z</dcterms:created>
  <dcterms:modified xsi:type="dcterms:W3CDTF">2026-10-26T06:40:00Z</dcterms:modified>
  <cp:category/>
</cp:coreProperties>
</file>